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Accessibility Testing Authorization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Information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Authorized representative: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Testing Authorization</w:t>
      </w:r>
    </w:p>
    <w:p>
      <w:r>
        <w:rPr>
          <w:b/>
        </w:rPr>
        <w:t>Website, application, system, or content authorized for testing: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Authorized URLs or environments: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Testing dates or timeframe: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Test accounts or access arrangements: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Known restrictions or prohibited actions: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Primary technical contact: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instructions: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Authorization</w:t>
      </w:r>
    </w:p>
    <w:p>
      <w:r>
        <w:t>I confirm that I am authorized to permit One Step Access LLC to perform the agreed accessibility testing within the approved scope.</w:t>
      </w:r>
    </w:p>
    <w:p>
      <w:r>
        <w:rPr>
          <w:b/>
        </w:rPr>
        <w:t>Name and title: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