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Project Closeout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Project Information</w:t>
      </w:r>
    </w:p>
    <w:p>
      <w:r>
        <w:rPr>
          <w:b/>
        </w:rPr>
        <w:t>Client: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Project 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Completion 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Closeout Review</w:t>
      </w:r>
    </w:p>
    <w:p>
      <w:r>
        <w:rPr>
          <w:b/>
        </w:rPr>
        <w:t>Deliverables received: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Outstanding items, if any: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Retesting requested?: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Follow-up services requested?: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Client comments: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One Step Access notes: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Acknowledgment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