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Project Change Request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Client and Project</w:t>
      </w:r>
    </w:p>
    <w:p>
      <w:r>
        <w:rPr>
          <w:b/>
        </w:rPr>
        <w:t>Client 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Project 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Requested Change</w:t>
      </w:r>
    </w:p>
    <w:p>
      <w:r>
        <w:rPr>
          <w:b/>
        </w:rPr>
        <w:t>Describe the requested change: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Reason for the change: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Requested deadline: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Does this change affect existing deliverables?: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Does this change affect testing or remediation scope?: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Acknowledgment</w:t>
      </w:r>
    </w:p>
    <w:p>
      <w:r>
        <w:rPr>
          <w:b/>
        </w:rPr>
        <w:t>I understand that scope changes may affect schedule and pricing: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