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Testimonial Form</w:t>
      </w:r>
    </w:p>
    <w:p>
      <w:pPr>
        <w:jc w:val="center"/>
      </w:pPr>
      <w:r>
        <w:t>One Step Access LLC</w:t>
      </w:r>
    </w:p>
    <w:p>
      <w:r>
        <w:t>Complete the applicable fields. If you need an accommodation or another way to provide this information, contact One Step Access.</w:t>
      </w:r>
    </w:p>
    <w:p>
      <w:pPr>
        <w:pStyle w:val="Heading1"/>
      </w:pPr>
      <w:r>
        <w:t>Client Information</w:t>
      </w:r>
    </w:p>
    <w:p>
      <w:r>
        <w:rPr>
          <w:b/>
        </w:rPr>
        <w:t>Name: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Organization: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Job title or role: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Email: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Testimonial</w:t>
      </w:r>
    </w:p>
    <w:p>
      <w:r>
        <w:rPr>
          <w:b/>
        </w:rPr>
        <w:t>Please share your experience working with One Step Access: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What result or improvement was most valuable?: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May One Step Access publish this testimonial?: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If yes, how may your name and organization be identified?: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Additional comments: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/>
    <w:p>
      <w:pPr>
        <w:jc w:val="center"/>
      </w:pPr>
      <w:r>
        <w:t>One Step Access LLC | Accessibility consulting, testing, remediation, training, and practical accessibility support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