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Client Feedback Form</w:t>
      </w:r>
    </w:p>
    <w:p>
      <w:pPr>
        <w:jc w:val="center"/>
      </w:pPr>
      <w:r>
        <w:t>One Step Access LLC</w:t>
      </w:r>
    </w:p>
    <w:p>
      <w:r>
        <w:t>Complete the applicable fields. If you need an accommodation or another way to provide this information, contact One Step Access.</w:t>
      </w:r>
    </w:p>
    <w:p>
      <w:pPr>
        <w:pStyle w:val="Heading1"/>
      </w:pPr>
      <w:r>
        <w:t>Client Information</w:t>
      </w:r>
    </w:p>
    <w:p>
      <w:r>
        <w:rPr>
          <w:b/>
        </w:rPr>
        <w:t>Name (optional):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Organization (optional):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Email (optional):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1"/>
      </w:pPr>
      <w:r>
        <w:t>Feedback</w:t>
      </w:r>
    </w:p>
    <w:p>
      <w:r>
        <w:rPr>
          <w:b/>
        </w:rPr>
        <w:t>Which One Step Access service did you receive?: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What worked well?: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What could be improved?: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Were communications clear and accessible?: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Did the service meet your goals?: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Would you work with One Step Access again?: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Additional feedback: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/>
    <w:p>
      <w:pPr>
        <w:jc w:val="center"/>
      </w:pPr>
      <w:r>
        <w:t>One Step Access LLC | Accessibility consulting, testing, remediation, training, and practical accessibility support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