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Website Accessibility Evaluation Request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Client Information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Phone: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Website Information</w:t>
      </w:r>
    </w:p>
    <w:p>
      <w:r>
        <w:rPr>
          <w:b/>
        </w:rPr>
        <w:t>Website URL: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Pages, systems, or user journeys you want evaluated: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Known accessibility concerns: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Assistive technologies or platforms of concern: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Requested testing scope: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Desired completion date: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