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Accessibility Training Request</w:t>
      </w:r>
    </w:p>
    <w:p>
      <w:pPr>
        <w:jc w:val="center"/>
      </w:pPr>
      <w:r>
        <w:t>One Step Access LLC</w:t>
      </w:r>
    </w:p>
    <w:p>
      <w:r>
        <w:t>Complete the applicable fields. If you need an accommodation or another way to provide this information, contact One Step Access.</w:t>
      </w:r>
    </w:p>
    <w:p>
      <w:pPr>
        <w:pStyle w:val="Heading1"/>
      </w:pPr>
      <w:r>
        <w:t>Contact Information</w:t>
      </w:r>
    </w:p>
    <w:p>
      <w:r>
        <w:rPr>
          <w:b/>
        </w:rPr>
        <w:t>Name: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Organization: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Email: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Phone: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Training Information</w:t>
      </w:r>
    </w:p>
    <w:p>
      <w:r>
        <w:rPr>
          <w:b/>
        </w:rPr>
        <w:t>Requested training topic: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Who will attend?: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Approximate number of participants: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Preferred delivery format: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Preferred dates or timeframe: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Accessibility or accommodation needs for participants: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Learning goals: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Additional information: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/>
    <w:p>
      <w:pPr>
        <w:jc w:val="center"/>
      </w:pPr>
      <w:r>
        <w:t>One Step Access LLC | Accessibility consulting, testing, remediation, training, and practical accessibility support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