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Accessibility Issue Report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Reporter Information</w:t>
      </w:r>
    </w:p>
    <w:p>
      <w:r>
        <w:rPr>
          <w:b/>
        </w:rPr>
        <w:t>Name (optional):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Organization (optional):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Email or phone for follow-up (optional):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Issue Information</w:t>
      </w:r>
    </w:p>
    <w:p>
      <w:r>
        <w:rPr>
          <w:b/>
        </w:rPr>
        <w:t>Website, document, application, or service involved: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Page, screen, document, or location of the problem: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What were you trying to accomplish?: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What happened?: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What did you expect to happen?: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Steps to reproduce the issue: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Assistive technology used, if applicable: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Browser, operating system, or device, if applicable: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How significantly does this issue affect access?: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Additional information: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